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SIĘGAJ GWIAZD Z ALMS</w:t>
      </w:r>
    </w:p>
    <w:p>
      <w:pPr>
        <w:pStyle w:val="Title"/>
      </w:pPr>
      <w:r>
        <w:t>F01 / Zgłoszenie szkoły</w:t>
      </w:r>
    </w:p>
    <w:p>
      <w:r>
        <w:t>I edycja 2026/2027 • formularz do wypełnienia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7812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1138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812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296000" cy="45842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00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4584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015999" cy="4007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17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4007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Pełna nazwa i adres szkoły: ........................................................................................</w:t>
      </w:r>
    </w:p>
    <w:p>
      <w:r>
        <w:t>Powiat / miasto na prawach powiatu: ........................................................................................</w:t>
      </w:r>
    </w:p>
    <w:p>
      <w:r>
        <w:t>Imię i nazwisko dyrektora: ........................................................................................</w:t>
      </w:r>
    </w:p>
    <w:p>
      <w:r>
        <w:t>Kierownik drużyny / telefon służbowy / e-mail: ........................................................................................</w:t>
      </w:r>
    </w:p>
    <w:p>
      <w:r>
        <w:t>Drugi opiekun / telefon: ........................................................................................</w:t>
      </w:r>
    </w:p>
    <w:p>
      <w:r>
        <w:t>Liczba zawodników (maks. 12): ........................................................................................</w:t>
      </w:r>
    </w:p>
    <w:p>
      <w:r>
        <w:t>Potrzeby organizacyjne i dostępności (bez diagnoz medycznych): ........................................................................................</w:t>
      </w:r>
    </w:p>
    <w:p>
      <w:r>
        <w:t>Zgłaszamy jedną reprezentację chłopców klas VIII w roku szkolnym 2026/2027. Potwierdzamy zapoznanie się z regulaminem, zapewnienie opieki, weryfikację uprawnień uczniów oraz zebranie dokumentów wymaganych do udziału. Informacje o stanie zdrowia przekazujemy wyłącznie uprawnionej osobie w niezbędnym zakresie.</w:t>
      </w:r>
    </w:p>
    <w:p>
      <w:r>
        <w:t>Data: …………………………  Podpis dyrektora: …………………………</w:t>
        <w:br/>
        <w:t>Podpis kierownika drużyny: …………………………</w:t>
      </w:r>
    </w:p>
    <w:p>
      <w:r>
        <w:t>Zgłoszenie organizacyjne: tomasz.matejko@onet.eu. Listy imienne i zgody przekazywać dopiero bezpiecznym kanałem wskazanym w komunikacie; nie publikować ich w mediach społecznościowych.</w:t>
      </w:r>
    </w:p>
    <w:sectPr w:rsidR="00FC693F" w:rsidRPr="0006063C" w:rsidSect="00034616">
      <w:footerReference w:type="default" r:id="rId12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ALMS • Uniwersytet WSEI w Lublinie • LZPN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2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25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20325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