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SIĘGAJ GWIAZD Z ALMS</w:t>
      </w:r>
    </w:p>
    <w:p>
      <w:pPr>
        <w:pStyle w:val="Title"/>
      </w:pPr>
      <w:r>
        <w:t>F02 / Lista zawodników</w:t>
      </w:r>
    </w:p>
    <w:p>
      <w:r>
        <w:t>I edycja 2026/2027 • formularz do wypełnienia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00000" cy="78129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1138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812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296000" cy="45842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00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4584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015999" cy="40075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17)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4007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Szkoła: …………………………  Jednostka: …………………………</w:t>
        <w:br/>
        <w:t>Etap / termin: …………………………  Kierownik: …………………………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454"/>
          </w:tcPr>
          <w:p>
            <w:r>
              <w:rPr>
                <w:sz w:val="16"/>
              </w:rPr>
              <w:t>Lp.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  <w:t>Imię i nazwisko</w:t>
            </w:r>
          </w:p>
        </w:tc>
        <w:tc>
          <w:tcPr>
            <w:tcW w:type="dxa" w:w="1361"/>
          </w:tcPr>
          <w:p>
            <w:r>
              <w:rPr>
                <w:sz w:val="16"/>
              </w:rPr>
              <w:t>Rok urodzenia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Klasa</w:t>
            </w:r>
          </w:p>
        </w:tc>
        <w:tc>
          <w:tcPr>
            <w:tcW w:type="dxa" w:w="1134"/>
          </w:tcPr>
          <w:p>
            <w:r>
              <w:rPr>
                <w:sz w:val="16"/>
              </w:rPr>
              <w:t>Nr koszulki</w:t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454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3969"/>
          </w:tcPr>
          <w:p>
            <w:r>
              <w:rPr>
                <w:sz w:val="16"/>
              </w:rPr>
            </w:r>
          </w:p>
        </w:tc>
        <w:tc>
          <w:tcPr>
            <w:tcW w:type="dxa" w:w="1361"/>
          </w:tcPr>
          <w:p>
            <w:r>
              <w:rPr>
                <w:sz w:val="16"/>
              </w:rPr>
            </w:r>
          </w:p>
        </w:tc>
        <w:tc>
          <w:tcPr>
            <w:tcW w:type="dxa" w:w="850"/>
          </w:tcPr>
          <w:p>
            <w:r>
              <w:rPr>
                <w:sz w:val="16"/>
              </w:rPr>
            </w:r>
          </w:p>
        </w:tc>
        <w:tc>
          <w:tcPr>
            <w:tcW w:type="dxa" w:w="1134"/>
          </w:tcPr>
          <w:p>
            <w:r>
              <w:rPr>
                <w:sz w:val="16"/>
              </w:rPr>
            </w:r>
          </w:p>
        </w:tc>
      </w:tr>
    </w:tbl>
    <w:p>
      <w:r>
        <w:t>Potwierdzam, że wymienieni uczniowie spełniają warunki udziału, reprezentują naszą szkołę, a dokumenty udziału i dopuszczenia wymagane regulaminem zostały zweryfikowane. Legitymacje do okazania, bez kopiowania.</w:t>
      </w:r>
    </w:p>
    <w:p>
      <w:r>
        <w:t>Dyrektor / osoba upoważniona: …………………………  Data: …………………………</w:t>
        <w:br/>
        <w:t>Weryfikacja sekretariatu: …………………………  Uwagi: …………………………</w:t>
      </w:r>
    </w:p>
    <w:p>
      <w:pPr>
        <w:pStyle w:val="Heading2"/>
      </w:pPr>
      <w:r>
        <w:t>Zmiany kadry finału – maksymalnie dwie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sz w:val="16"/>
              </w:rPr>
              <w:t>Zawodnik wykreślony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  <w:t>Zawodnik dopisany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  <w:t>Potwierdzenie uprawnienia / data</w:t>
            </w:r>
          </w:p>
        </w:tc>
      </w:tr>
      <w:tr>
        <w:trPr>
          <w:trHeight w:val="369"/>
        </w:trPr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</w:tr>
    </w:tbl>
    <w:p>
      <w:r>
        <w:t>Termin zgłoszenia zmian: 10.02.2027. Bez numerów PESEL, adresów zamieszkania i kopii legitymacji.</w:t>
      </w:r>
    </w:p>
    <w:sectPr w:rsidR="00FC693F" w:rsidRPr="0006063C" w:rsidSect="00034616">
      <w:footerReference w:type="default" r:id="rId12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ALMS • Uniwersytet WSEI w Lublinie • LZPN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2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25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20325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