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SIĘGAJ GWIAZD Z ALMS</w:t>
      </w:r>
    </w:p>
    <w:p>
      <w:pPr>
        <w:pStyle w:val="Title"/>
      </w:pPr>
      <w:r>
        <w:t>F03 / Zgoda na udział dziecka</w:t>
      </w:r>
    </w:p>
    <w:p>
      <w:r>
        <w:t>I edycja 2026/2027 • formularz do wypełnienia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800000" cy="78129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1138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78129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296000" cy="458426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00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4584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</w:tcPr>
          <w:p>
            <w:r>
              <w:drawing>
                <wp:inline xmlns:a="http://schemas.openxmlformats.org/drawingml/2006/main" xmlns:pic="http://schemas.openxmlformats.org/drawingml/2006/picture">
                  <wp:extent cx="2015999" cy="4007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(20261015-120517)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999" cy="4007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t>Ja, …………………………, rodzic/opiekun prawny ucznia …………………………, klasa ………, szkoła …………………………, wyrażam zgodę na udział dziecka w turnieju „Sięgaj gwiazd z ALMS”, w etapie powiatowym 15.11.2026–31.01.2027 oraz w razie awansu w finale 15–16.02.2027 w Lublinie.</w:t>
      </w:r>
    </w:p>
    <w:p>
      <w:r>
        <w:t>Zapoznałem/am się z regulaminem i informacją organizacyjną dotyczącą udziału. Zgoda dotyczy gry w piłkę nożną na hali w formule 6+1. Szkoła osobno przekazuje miejsce, godziny, warunki przejazdu i powrotu oraz zasady opieki. Wyjazd na mecz reprezentacji wymaga osobnego komunikatu i wymaganych zgód.</w:t>
      </w:r>
    </w:p>
    <w:p>
      <w:r>
        <w:t>Przekażę opiekunowi i uprawnionemu personelowi informacje niezbędne dla bezpiecznego udziału dziecka. Przyjmuję do wiadomości, że ta zgoda nie zastępuje wymaganego dokumentu zdrowotnego. Nie zrzekam się roszczeń związanych z odpowiedzialnością organizatora lub szkoły.</w:t>
      </w:r>
    </w:p>
    <w:p>
      <w:r>
        <w:t>Telefon do rodzica na czas zawodów: …………………………</w:t>
        <w:br/>
        <w:t>Druga osoba do kontaktu, jeśli wskazana: …………………………</w:t>
        <w:br/>
        <w:t>Data i podpis rodzica/opiekuna: …………………………</w:t>
      </w:r>
    </w:p>
    <w:p>
      <w:pPr>
        <w:pStyle w:val="Heading2"/>
      </w:pPr>
      <w:r>
        <w:t>Potwierdzenie szkoły – do użytku wewnętrznego</w:t>
      </w:r>
    </w:p>
    <w:p>
      <w:r>
        <w:t>Zgoda udziału: TAK / NIE</w:t>
        <w:br/>
        <w:t>Dokument zdrowotny zgodny z komunikatem: zweryfikowano / brak</w:t>
        <w:br/>
        <w:t>Uczeń i opiekun znają zasady bezpieczeństwa: TAK / NIE</w:t>
        <w:br/>
        <w:t>Weryfikował/a: …………………………  Data: …………………………</w:t>
      </w:r>
    </w:p>
    <w:p>
      <w:r>
        <w:t>Nie wpisywać diagnoz do ogólnodostępnej listy zawodników. Ewentualne informacje medyczne przechowywać oddzielnie, z ograniczonym dostępem i właściwą podstawą przetwarzania.</w:t>
      </w:r>
    </w:p>
    <w:sectPr w:rsidR="00FC693F" w:rsidRPr="0006063C" w:rsidSect="00034616">
      <w:footerReference w:type="default" r:id="rId12"/>
      <w:pgSz w:w="12240" w:h="15840"/>
      <w:pgMar w:top="907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ALMS • Uniwersytet WSEI w Lublinie • LZPN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2032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20325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20325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